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120" w:lineRule="auto"/>
        <w:rPr>
          <w:rFonts w:ascii="Noto Sans JP" w:cs="Noto Sans JP" w:eastAsia="Noto Sans JP" w:hAnsi="Noto Sans JP"/>
          <w:color w:val="000000"/>
          <w:sz w:val="46"/>
          <w:szCs w:val="46"/>
        </w:rPr>
      </w:pPr>
      <w:bookmarkStart w:colFirst="0" w:colLast="0" w:name="_heading=h.il0tjzrrombe" w:id="0"/>
      <w:bookmarkEnd w:id="0"/>
      <w:r w:rsidDel="00000000" w:rsidR="00000000" w:rsidRPr="00000000">
        <w:rPr>
          <w:rFonts w:ascii="Noto Sans JP" w:cs="Noto Sans JP" w:eastAsia="Noto Sans JP" w:hAnsi="Noto Sans JP"/>
          <w:color w:val="000000"/>
          <w:sz w:val="46"/>
          <w:szCs w:val="46"/>
          <w:rtl w:val="0"/>
        </w:rPr>
        <w:t xml:space="preserve">価値観ワークシート【5領域】</w:t>
      </w:r>
    </w:p>
    <w:p w:rsidR="00000000" w:rsidDel="00000000" w:rsidP="00000000" w:rsidRDefault="00000000" w:rsidRPr="00000000" w14:paraId="00000002">
      <w:pPr>
        <w:rPr>
          <w:rFonts w:ascii="Noto Sans JP" w:cs="Noto Sans JP" w:eastAsia="Noto Sans JP" w:hAnsi="Noto Sans JP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bfg75ulkc83c" w:id="1"/>
      <w:bookmarkEnd w:id="1"/>
      <w:r w:rsidDel="00000000" w:rsidR="00000000" w:rsidRPr="00000000">
        <w:rPr>
          <w:rFonts w:ascii="Noto Sans JP" w:cs="Noto Sans JP" w:eastAsia="Noto Sans JP" w:hAnsi="Noto Sans JP"/>
          <w:color w:val="000000"/>
          <w:sz w:val="34"/>
          <w:szCs w:val="34"/>
          <w:rtl w:val="0"/>
        </w:rPr>
        <w:t xml:space="preserve">【仕事】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現状: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（現在の状態や感じていることを記入）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理想: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（理想の状態を記入）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その理想を望む理由・背景: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（理想を望む理由や背景を記入）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その理想の状態で、どんな感情・体験が得られるか？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（その理想状態で得られる感情や体験を記入）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キーワード（価値観）として言語化すると？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（理想の価値観を1〜3語で言語化）</w:t>
      </w:r>
    </w:p>
    <w:p w:rsidR="00000000" w:rsidDel="00000000" w:rsidP="00000000" w:rsidRDefault="00000000" w:rsidRPr="00000000" w14:paraId="00000009">
      <w:pPr>
        <w:rPr>
          <w:rFonts w:ascii="Noto Sans JP" w:cs="Noto Sans JP" w:eastAsia="Noto Sans JP" w:hAnsi="Noto Sans JP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ezeubvr0grg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mvavknoi2jhw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u8vdcew6aqmy" w:id="4"/>
      <w:bookmarkEnd w:id="4"/>
      <w:r w:rsidDel="00000000" w:rsidR="00000000" w:rsidRPr="00000000">
        <w:rPr>
          <w:rFonts w:ascii="Noto Sans JP" w:cs="Noto Sans JP" w:eastAsia="Noto Sans JP" w:hAnsi="Noto Sans JP"/>
          <w:color w:val="000000"/>
          <w:sz w:val="34"/>
          <w:szCs w:val="34"/>
          <w:rtl w:val="0"/>
        </w:rPr>
        <w:t xml:space="preserve">【人間関係】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現状: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（現在の状態や感じていることを記入）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理想: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（理想の状態を記入）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その理想を望む理由・背景: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（理想を望む理由や背景を記入）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その理想の状態で、どんな感情・体験が得られるか？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（その理想状態で得られる感情や体験を記入）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キーワード（価値観）として言語化すると？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（理想の価値観を1〜3語で言語化）</w:t>
      </w:r>
    </w:p>
    <w:p w:rsidR="00000000" w:rsidDel="00000000" w:rsidP="00000000" w:rsidRDefault="00000000" w:rsidRPr="00000000" w14:paraId="00000012">
      <w:pPr>
        <w:rPr>
          <w:rFonts w:ascii="Noto Sans JP" w:cs="Noto Sans JP" w:eastAsia="Noto Sans JP" w:hAnsi="Noto Sans JP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90ib7y9uz0zj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ubmqv4eet7e1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dduyrkr0s7k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hcsewyfve52f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d6krv14x9p0s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r847twv7owu7" w:id="10"/>
      <w:bookmarkEnd w:id="10"/>
      <w:r w:rsidDel="00000000" w:rsidR="00000000" w:rsidRPr="00000000">
        <w:rPr>
          <w:rFonts w:ascii="Noto Sans JP" w:cs="Noto Sans JP" w:eastAsia="Noto Sans JP" w:hAnsi="Noto Sans JP"/>
          <w:color w:val="000000"/>
          <w:sz w:val="34"/>
          <w:szCs w:val="34"/>
          <w:rtl w:val="0"/>
        </w:rPr>
        <w:t xml:space="preserve">【環境】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現状: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（現在の状態や感じていることを記入）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理想: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（理想の状態を記入）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その理想を望む理由・背景: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（理想を望む理由や背景を記入）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その理想の状態で、どんな感情・体験が得られるか？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（その理想状態で得られる感情や体験を記入）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キーワード（価値観）として言語化すると？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（理想の価値観を1〜3語で言語化）</w:t>
      </w:r>
    </w:p>
    <w:p w:rsidR="00000000" w:rsidDel="00000000" w:rsidP="00000000" w:rsidRDefault="00000000" w:rsidRPr="00000000" w14:paraId="0000001E">
      <w:pPr>
        <w:rPr>
          <w:rFonts w:ascii="Noto Sans JP" w:cs="Noto Sans JP" w:eastAsia="Noto Sans JP" w:hAnsi="Noto Sans JP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kld8nj6hknso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ustauxefysnv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xr5yl8um5rp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pkimzgws3ttz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2wedjxnt11h8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cg27mobg6zo6" w:id="16"/>
      <w:bookmarkEnd w:id="16"/>
      <w:r w:rsidDel="00000000" w:rsidR="00000000" w:rsidRPr="00000000">
        <w:rPr>
          <w:rFonts w:ascii="Noto Sans JP" w:cs="Noto Sans JP" w:eastAsia="Noto Sans JP" w:hAnsi="Noto Sans JP"/>
          <w:color w:val="000000"/>
          <w:sz w:val="34"/>
          <w:szCs w:val="34"/>
          <w:rtl w:val="0"/>
        </w:rPr>
        <w:t xml:space="preserve">【家族・恋人】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現状: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（現在の状態や感じていることを記入）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理想: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（理想の状態を記入）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その理想を望む理由・背景: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（理想を望む理由や背景を記入）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その理想の状態で、どんな感情・体験が得られるか？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（その理想状態で得られる感情や体験を記入）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キーワード（価値観）として言語化すると？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（理想の価値観を1〜3語で言語化）</w:t>
      </w:r>
    </w:p>
    <w:p w:rsidR="00000000" w:rsidDel="00000000" w:rsidP="00000000" w:rsidRDefault="00000000" w:rsidRPr="00000000" w14:paraId="0000002A">
      <w:pPr>
        <w:rPr>
          <w:rFonts w:ascii="Noto Sans JP" w:cs="Noto Sans JP" w:eastAsia="Noto Sans JP" w:hAnsi="Noto Sans JP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pjiojfnkm4a0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f61nvlfnffnc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qnrcsgo8bzt0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9pmq2d3u6ip4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ltnq8tv27t1v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80" w:before="360" w:lineRule="auto"/>
        <w:rPr>
          <w:rFonts w:ascii="Noto Sans JP" w:cs="Noto Sans JP" w:eastAsia="Noto Sans JP" w:hAnsi="Noto Sans JP"/>
          <w:color w:val="000000"/>
          <w:sz w:val="34"/>
          <w:szCs w:val="34"/>
        </w:rPr>
      </w:pPr>
      <w:bookmarkStart w:colFirst="0" w:colLast="0" w:name="_heading=h.gj6bdtbe8f4a" w:id="22"/>
      <w:bookmarkEnd w:id="22"/>
      <w:r w:rsidDel="00000000" w:rsidR="00000000" w:rsidRPr="00000000">
        <w:rPr>
          <w:rFonts w:ascii="Noto Sans JP" w:cs="Noto Sans JP" w:eastAsia="Noto Sans JP" w:hAnsi="Noto Sans JP"/>
          <w:color w:val="000000"/>
          <w:sz w:val="34"/>
          <w:szCs w:val="34"/>
          <w:rtl w:val="0"/>
        </w:rPr>
        <w:t xml:space="preserve">【健康】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現状: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（現在の状態や感じていることを記入）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理想: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（理想の状態を記入）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その理想を望む理由・背景: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（理想を望む理由や背景を記入）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その理想の状態で、どんな感情・体験が得られるか？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（その理想状態で得られる感情や体験を記入）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■ キーワード（価値観）として言語化すると？</w:t>
        <w:br w:type="textWrapping"/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（理想の価値観を1〜3語で言語化）</w:t>
      </w:r>
    </w:p>
    <w:p w:rsidR="00000000" w:rsidDel="00000000" w:rsidP="00000000" w:rsidRDefault="00000000" w:rsidRPr="00000000" w14:paraId="00000036">
      <w:pPr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Rz4c0LtGEkZKnsXDtrM/QYBrw==">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